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שלב 5 - מִשְׁפָּט אָרֹךְ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מִשְׁפָּט שמתאים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מִשְׁפָּט ארוך עם מספר, שם עצם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מקום כמו באקווריום ומהמים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המשפט המתאים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שלושה דגים שוחים באקווריום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 צפרדעים קופצות על העלה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 ציפורים יושבות על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חתול אחד ישן על הכורסה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שתי צבים זוחלות ליד האגם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מספר (שלושה), שם עצם (דגים) ופועל (שוחים)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אקווריום הוא מקום, לא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המשפט מדבר על דג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אפשר אבל המשפט יהיה פחות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שוחים זה לנוע במים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כך שיתאים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קופצות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מספר במילים לכמות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המילים למשפט ארוך ונכון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באקווריום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משפט ארוך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מספר (שלושה), שם עצם (אפרוחים) ופועל או מקום (הולכים ליד התרנגולת)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מספר, שם עצם ופועל (ולפעמים גם מקום)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מילה שמציינת כמות (שני), שם עצם (כלבים), פועל (רצים) ומקום (בפארק)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שוחים - תנועה במים, קופצים - תנועה באוויר למעלה ולמטה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במקום האימוג'ים ולבקש מהתלמידים לבנות משפט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משפט קצר למשפט ארוך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בשלב ההתאמה אפשר להוסיף תנועה בגוף לכל מספר כדי לחזק את הזיכרון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שלב 5 - מִשְׁפָּט אָרֹךְ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להרכיב משפטים ארוכים שמתארים תמונה - עם מספר, מי עושה את הפעולה, ומה הוא עושה.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המשפט המתאים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תמונה: 🐠🐠🐠🫧 -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דגים שוחים באקווריום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דגים שוחים באקווריום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 אחד קופץ מהמים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דגים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תמונה: 🐸🐸 קופצים על עלה -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צפרדע אחת שוחה בבריכה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צפרדעים קופצות על העלה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צפרדעים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צפרדע קופצת מהמים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תמונה: 🐦🐦🐦 יושבים על עץ -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 אחת עפה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ציפורים שרות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ציפורים יושבות על העץ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ציפורים אוכלות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תמונה: 🐱 ישן על הכורסה -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חתול אחד ישן על הכורסה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חתולים משחקים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חתול קופץ מהשולחן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 ישן על הכורסה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תמונה: 🐢🐢ⴷ זוחלות ליד האגם -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 אחד שוחה באגם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צבים זוחלות ליד האגם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צבים קופצות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 ישן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'שלושה דגים שוחים באקווריום' יש מספר, שם עצם ופועל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'אקווריום'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'דג אחד קופץ מהמים' מתאים לתמונה עם שלושה דגים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משפט ארוך גם בלי לציין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'שוחים' מתארת תנועה במים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כך שיתאים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תמונה: 🐠🐠🐠 - __________ דגים שוחים באקווריום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תמונה: 🐸🐸 - שתי צפרדעים __________ על העלה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תמונה: 🐦🐦🐦 - שלוש __________ יושבות על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תמונה: 🐱 - חתול אחד __________ על הכורסה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תמונה: 🐢🐢 - שתי צבים זוחלות ליד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מספר במילים לכמות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חמישה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המילים למשפט ארוך ונכון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באקווריום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משפט ארוך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בעזרת משפט ארוך תמונה של 🐥🐥🐥 ליד תרנגולת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במשפט ארוך?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ארוך על תמונה עם שני כלבים רצים בפארק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'שוחים' ל'קופצים'?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שלב 5 - מִשְׁפָּט אָרֹךְ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