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מִשְׁפָּט שמתאים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מִשְׁפָּט ארוך עם מספר, שם עצם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מקום כמו באקווריום ומהמים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דגים שוחים באקווריום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 צפרדעים קופצות על העלה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 ציפורים יושבות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חתול אחד ישן על הכורסה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 צבים זוחלות ליד האגם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מספר (שלושה), שם עצם (דגים) ופועל (שוחים)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אקווריום הוא מקום, לא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המשפט מדבר על דג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אבל המשפט יהיה פחות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שוחים זה לנוע במים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כך שיתאים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במילים לכמות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ארוך ונכון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באקווריום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 ארוך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מספר (שלושה), שם עצם (אפרוחים) ופועל או מקום (הולכים ליד התרנגולת)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מספר, שם עצם ופועל (ולפעמים גם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מילה שמציינת כמות (שני), שם עצם (כלבים), פועל (רצים) ומקום (בפארק)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שוחים - תנועה במים, קופצים - תנועה באוויר למעלה ולמטה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במקום האימוג'ים ולבקש מהתלמידים לבנות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קצר למשפט ארוך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ההתאמה אפשר להוסיף תנועה בגוף לכל מספר כדי לחזק את הזיכרון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נבחר משפט ארוך שמתאים לתמונה. במשפט יש מספר, מי בתמונה, ומה הוא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ביחד שאומרות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מַתְאִים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נכון, מתחבר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שׂוֹחִים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נעים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קוֹפְצִים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באוויר ויורדים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אַקְוַרְיוּם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זכוכית עם מים לדגים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דָּגִים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חיות שחיות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בּוּעוֹת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כדורי אוויר קטנים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מְקוֹם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שמשהו נמצא, למשל באקווריום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בתמונה שלושה דגים. איזה משפט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 אחד קופץ מהמים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דגים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בתמונה שתי צפרדעים. מה הן עושות?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צפרדע אחת שוחה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צפרדעים קופצות על העלה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צפרדעים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צפרדע קופצת מהמים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בתמונה שלוש ציפורים. איפה הן יושבות?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אחת עפה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ציפורים שרות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ציפורים יושבות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ציפורים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בתמונה חתול אחד. מה הוא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 אחד ישן על הכורסה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חתולים משחקים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 קופץ מהשולחן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 ישן על הכורסה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בתמונה שתי צבים. מה הן עושות?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 אחד שוחה באגם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צבים זוחלות ליד האגם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צבים קופצות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 ישן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'שלושה דגים שוחים באקווריום' יש מספר,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'אקווריום'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'דג אחד קופץ מהמים' מתאים לתמונה עם שלושה דגים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משפט ארוך גם בלי לציין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'שוחים' מתארת תנועה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כך שיתאים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תמונה: 🐠🐠🐠 - __________ דגים שוחים באקווריום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תמונה: 🐸🐸 - שתי צפרדעים __________ על העלה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תמונה: 🐦🐦🐦 - שלוש __________ יושבות על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תמונה: 🐱 - חתול אחד __________ על הכורסה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תמונה: 🐢🐢 - שתי צבים זוחלות ליד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מספר במילים לכמות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למשפט ארוך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באקווריום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משפט ארוך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בעזרת משפט ארוך תמונה של 🐥🐥🐥 ליד תרנגולת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במשפט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ארוך על תמונה עם שני כלבים רצים בפארק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'שוחים' ל'קופצים'?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שלב 5 - מִשְׁפָּט אָרֹךְ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